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SHORT REPORT</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spacing w:after="120" w:before="0"/>
      </w:pPr>
      <w:r>
        <w:rPr>
          <w:rFonts w:ascii="Calibri" w:hAnsi="Calibri" w:cs="Calibri" w:eastAsia="Calibri"/>
          <w:b w:val="0"/>
          <w:i w:val="0"/>
          <w:color w:val="990000"/>
          <w:sz w:val="22"/>
        </w:rPr>
        <w:t>A short report answers a single question, reports further results from a trial that has already been published, or reports negative results. It is not a shortened original research article. If the work reports a complete investigation, submit it as original research instead.</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1,000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200 words, unstructured.</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Suggested maximum of 2 figures and tables combined.</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Reporting checklist</w:t>
      </w:r>
    </w:p>
    <w:p>
      <w:pPr>
        <w:spacing w:after="120" w:before="0"/>
      </w:pPr>
      <w:r>
        <w:rPr>
          <w:rFonts w:ascii="Calibri" w:hAnsi="Calibri" w:cs="Calibri" w:eastAsia="Calibri"/>
          <w:b w:val="0"/>
          <w:i w:val="0"/>
          <w:color w:val="990000"/>
          <w:sz w:val="22"/>
        </w:rPr>
        <w:t>We strongly encourage authors to use the reporting checklist that matches the study design and to upload the completed checklist with the submission. Reviewers refer to these checklists, and a completed checklist may expedite review.</w:t>
      </w:r>
    </w:p>
    <w:p>
      <w:pPr>
        <w:spacing w:after="120" w:before="0"/>
      </w:pPr>
      <w:r>
        <w:rPr>
          <w:rFonts w:ascii="Calibri" w:hAnsi="Calibri" w:cs="Calibri" w:eastAsia="Calibri"/>
          <w:b w:val="0"/>
          <w:i w:val="0"/>
          <w:color w:val="990000"/>
          <w:sz w:val="22"/>
        </w:rPr>
        <w:t xml:space="preserve">For randomized controlled trials in dogs and cats, use </w:t>
      </w:r>
      <w:hyperlink r:id="rId12">
        <w:r>
          <w:rPr>
            <w:rFonts w:ascii="Calibri" w:hAnsi="Calibri" w:cs="Calibri" w:eastAsia="Calibri"/>
            <w:color w:val="990000"/>
            <w:u w:val="single"/>
            <w:sz w:val="22"/>
          </w:rPr>
          <w:t xml:space="preserve">PetSORT</w:t>
        </w:r>
      </w:hyperlink>
      <w:r>
        <w:rPr>
          <w:rFonts w:ascii="Calibri" w:hAnsi="Calibri" w:cs="Calibri" w:eastAsia="Calibri"/>
          <w:b w:val="0"/>
          <w:i w:val="0"/>
          <w:color w:val="990000"/>
          <w:sz w:val="22"/>
        </w:rPr>
        <w:t xml:space="preserve">. For randomized controlled trials generally, use </w:t>
      </w:r>
      <w:hyperlink r:id="rId13">
        <w:r>
          <w:rPr>
            <w:rFonts w:ascii="Calibri" w:hAnsi="Calibri" w:cs="Calibri" w:eastAsia="Calibri"/>
            <w:color w:val="990000"/>
            <w:u w:val="single"/>
            <w:sz w:val="22"/>
          </w:rPr>
          <w:t xml:space="preserve">CONSORT</w:t>
        </w:r>
      </w:hyperlink>
      <w:r>
        <w:rPr>
          <w:rFonts w:ascii="Calibri" w:hAnsi="Calibri" w:cs="Calibri" w:eastAsia="Calibri"/>
          <w:b w:val="0"/>
          <w:i w:val="0"/>
          <w:color w:val="990000"/>
          <w:sz w:val="22"/>
        </w:rPr>
        <w:t xml:space="preserve"> and its </w:t>
      </w:r>
      <w:hyperlink r:id="rId14">
        <w:r>
          <w:rPr>
            <w:rFonts w:ascii="Calibri" w:hAnsi="Calibri" w:cs="Calibri" w:eastAsia="Calibri"/>
            <w:color w:val="990000"/>
            <w:u w:val="single"/>
            <w:sz w:val="22"/>
          </w:rPr>
          <w:t xml:space="preserve">extensions</w:t>
        </w:r>
      </w:hyperlink>
      <w:r>
        <w:rPr>
          <w:rFonts w:ascii="Calibri" w:hAnsi="Calibri" w:cs="Calibri" w:eastAsia="Calibri"/>
          <w:b w:val="0"/>
          <w:i w:val="0"/>
          <w:color w:val="990000"/>
          <w:sz w:val="22"/>
        </w:rPr>
        <w:t>, which cover pragmatic, non-inferiority and equivalence, and multi-arm parallel-group trials.</w:t>
      </w:r>
    </w:p>
    <w:p>
      <w:pPr>
        <w:spacing w:after="120" w:before="0"/>
      </w:pPr>
      <w:r>
        <w:rPr>
          <w:rFonts w:ascii="Calibri" w:hAnsi="Calibri" w:cs="Calibri" w:eastAsia="Calibri"/>
          <w:b w:val="0"/>
          <w:i w:val="0"/>
          <w:color w:val="990000"/>
          <w:sz w:val="22"/>
        </w:rPr>
        <w:t xml:space="preserve">For observational studies, including cohort, case-control, and cross-sectional designs, use </w:t>
      </w:r>
      <w:hyperlink r:id="rId15">
        <w:r>
          <w:rPr>
            <w:rFonts w:ascii="Calibri" w:hAnsi="Calibri" w:cs="Calibri" w:eastAsia="Calibri"/>
            <w:color w:val="990000"/>
            <w:u w:val="single"/>
            <w:sz w:val="22"/>
          </w:rPr>
          <w:t xml:space="preserve">STROBE</w:t>
        </w:r>
      </w:hyperlink>
      <w:r>
        <w:rPr>
          <w:rFonts w:ascii="Calibri" w:hAnsi="Calibri" w:cs="Calibri" w:eastAsia="Calibri"/>
          <w:b w:val="0"/>
          <w:i w:val="0"/>
          <w:color w:val="990000"/>
          <w:sz w:val="22"/>
        </w:rPr>
        <w:t xml:space="preserve"> or </w:t>
      </w:r>
      <w:hyperlink r:id="rId16">
        <w:r>
          <w:rPr>
            <w:rFonts w:ascii="Calibri" w:hAnsi="Calibri" w:cs="Calibri" w:eastAsia="Calibri"/>
            <w:color w:val="990000"/>
            <w:u w:val="single"/>
            <w:sz w:val="22"/>
          </w:rPr>
          <w:t xml:space="preserve">STROBE-Vet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 xml:space="preserve">For other designs, see the </w:t>
      </w:r>
      <w:hyperlink r:id="rId17">
        <w:r>
          <w:rPr>
            <w:rFonts w:ascii="Calibri" w:hAnsi="Calibri" w:cs="Calibri" w:eastAsia="Calibri"/>
            <w:color w:val="990000"/>
            <w:u w:val="single"/>
            <w:sz w:val="22"/>
          </w:rPr>
          <w:t xml:space="preserve">EQUATOR network</w:t>
        </w:r>
      </w:hyperlink>
      <w:r>
        <w:rPr>
          <w:rFonts w:ascii="Calibri" w:hAnsi="Calibri" w:cs="Calibri" w:eastAsia="Calibri"/>
          <w:b w:val="0"/>
          <w:i w:val="0"/>
          <w:color w:val="990000"/>
          <w:sz w:val="22"/>
        </w:rPr>
        <w:t xml:space="preserve"> or the </w:t>
      </w:r>
      <w:hyperlink r:id="rId18">
        <w:r>
          <w:rPr>
            <w:rFonts w:ascii="Calibri" w:hAnsi="Calibri" w:cs="Calibri" w:eastAsia="Calibri"/>
            <w:color w:val="990000"/>
            <w:u w:val="single"/>
            <w:sz w:val="22"/>
          </w:rPr>
          <w:t xml:space="preserve">NIH research reporting guidelines</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9">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20">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w:t>
      </w:r>
    </w:p>
    <w:p>
      <w:pPr>
        <w:spacing w:after="120" w:before="0"/>
      </w:pPr>
      <w:r>
        <w:rPr>
          <w:rFonts w:ascii="Calibri" w:hAnsi="Calibri" w:cs="Calibri" w:eastAsia="Calibri"/>
          <w:b w:val="0"/>
          <w:i w:val="0"/>
          <w:color w:val="990000"/>
          <w:sz w:val="22"/>
        </w:rPr>
        <w:t>Titles should be concise, specific, and informative, and should contain the key points of the work. Specify the population in the title where possible, for example “Cats with Saddle Thrombus.”</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Many readers will read only the abstract, so it should be a precise summary. Although it appears first, it is often easiest to write last. The word limit is 200 words and the abstract is unstructured, with no headings.</w:t>
      </w:r>
    </w:p>
    <w:p>
      <w:pPr>
        <w:spacing w:after="200"/>
      </w:pPr>
      <w:r>
        <w:rPr>
          <w:rFonts w:ascii="Calibri" w:hAnsi="Calibri" w:cs="Calibri" w:eastAsia="Calibri"/>
          <w:b w:val="0"/>
          <w:i w:val="0"/>
          <w:color w:val="231F20"/>
          <w:sz w:val="22"/>
          <w:highlight w:val="cyan"/>
        </w:rPr>
        <w:t>Your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22">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Very briefly, in about 150 to 200 words across 2 to 3 paragraphs, review the peer-reviewed literature documenting the problem the study addresses, why it matters, and the gap this study fills. Begin with a broad view, leaving out what is generally known, then funnel down to the specific question. The last part of the introduction should state the study hypothesis or research question, ideally using the words “hypothesis” or “question.”</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Methods</w:t>
      </w:r>
    </w:p>
    <w:p>
      <w:pPr>
        <w:spacing w:after="120" w:before="0"/>
      </w:pPr>
      <w:r>
        <w:rPr>
          <w:rFonts w:ascii="Calibri" w:hAnsi="Calibri" w:cs="Calibri" w:eastAsia="Calibri"/>
          <w:b w:val="0"/>
          <w:i w:val="0"/>
          <w:color w:val="990000"/>
          <w:sz w:val="22"/>
        </w:rPr>
        <w:t>The methods should be detailed enough that the study could be replicated. Include the study design, the dates the study was conducted, the patient population, inclusion and exclusion criteria, the intervention or exposure, the primary outcome variable, the sample size analysis based on that primary outcome, and any additional outcomes measured. Describe measures taken to increase reliability, such as randomization and blinding.</w:t>
      </w:r>
    </w:p>
    <w:p>
      <w:pPr>
        <w:spacing w:after="120" w:before="0"/>
      </w:pPr>
      <w:r>
        <w:rPr>
          <w:rFonts w:ascii="Calibri" w:hAnsi="Calibri" w:cs="Calibri" w:eastAsia="Calibri"/>
          <w:b w:val="0"/>
          <w:i w:val="0"/>
          <w:color w:val="990000"/>
          <w:sz w:val="22"/>
        </w:rPr>
        <w:t xml:space="preserve">State the name of the reviewing body and the approval number for any ethical review, using “masked for review” in place of the institution name during review. Where no formal IACUC or IRB review was required, describe the ethical assessment that was carried out and why formal review did not apply. See the </w:t>
      </w:r>
      <w:hyperlink r:id="rId23">
        <w:r>
          <w:rPr>
            <w:rFonts w:ascii="Calibri" w:hAnsi="Calibri" w:cs="Calibri" w:eastAsia="Calibri"/>
            <w:color w:val="990000"/>
            <w:u w:val="single"/>
            <w:sz w:val="22"/>
          </w:rPr>
          <w:t xml:space="preserve">animal research ethics decision guide</w:t>
        </w:r>
      </w:hyperlink>
      <w:r>
        <w:rPr>
          <w:rFonts w:ascii="Calibri" w:hAnsi="Calibri" w:cs="Calibri" w:eastAsia="Calibri"/>
          <w:b w:val="0"/>
          <w:i w:val="0"/>
          <w:color w:val="990000"/>
          <w:sz w:val="22"/>
        </w:rPr>
        <w:t xml:space="preserve"> and the </w:t>
      </w:r>
      <w:hyperlink r:id="rId24">
        <w:r>
          <w:rPr>
            <w:rFonts w:ascii="Calibri" w:hAnsi="Calibri" w:cs="Calibri" w:eastAsia="Calibri"/>
            <w:color w:val="990000"/>
            <w:u w:val="single"/>
            <w:sz w:val="22"/>
          </w:rPr>
          <w:t xml:space="preserve">human participant research ethics decision guide</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The last part of the methods should give the statistical methods used for each analysis and the statistical software. Where the short report presents further results from a trial that has already been published, give a brief outline of the methods and cite the paper carrying the full methods.</w:t>
      </w:r>
    </w:p>
    <w:p>
      <w:pPr>
        <w:pStyle w:val="Heading1"/>
        <w:spacing w:before="280" w:after="80"/>
      </w:pPr>
      <w:r>
        <w:rPr>
          <w:rFonts w:ascii="Calibri" w:hAnsi="Calibri" w:cs="Calibri" w:eastAsia="Calibri"/>
          <w:b/>
          <w:i w:val="0"/>
          <w:color w:val="3B6673"/>
          <w:sz w:val="22"/>
        </w:rPr>
        <w:t>Results</w:t>
      </w:r>
    </w:p>
    <w:p>
      <w:pPr>
        <w:spacing w:after="120" w:before="0"/>
      </w:pPr>
      <w:r>
        <w:rPr>
          <w:rFonts w:ascii="Calibri" w:hAnsi="Calibri" w:cs="Calibri" w:eastAsia="Calibri"/>
          <w:b w:val="0"/>
          <w:i w:val="0"/>
          <w:color w:val="990000"/>
          <w:sz w:val="22"/>
        </w:rPr>
        <w:t>Begin with a brief description of the participants, including basic demographic data. A descriptive statistics table is usually provided as well, particularly where there are subgroups. Confidence intervals should be given for primary outcome point estimates. P values should not be given without the data being compared. Avoid the nontechnical use of words that have a statistical meaning, such as random, significant, and trend. Report the number of participants, the number initially evaluated for inclusion, the number excluded, and the number lost to follow-up, as appropriate.</w:t>
      </w:r>
    </w:p>
    <w:p>
      <w:pPr>
        <w:spacing w:after="120" w:before="0"/>
      </w:pPr>
      <w:r>
        <w:rPr>
          <w:rFonts w:ascii="Calibri" w:hAnsi="Calibri" w:cs="Calibri" w:eastAsia="Calibri"/>
          <w:b w:val="0"/>
          <w:i w:val="0"/>
          <w:color w:val="990000"/>
          <w:sz w:val="22"/>
        </w:rPr>
        <w:t>The primary outcome measure follows the description of participants, then secondary outcome measures. Where multiple statistical tests are performed, identify each one with its result. Where relative results such as relative risk are presented, report absolute differences as well, with the measure of central tendency. Results should not appear only in a figure. Give numerical results in a table and highlight the most important findings in the text.</w:t>
      </w:r>
    </w:p>
    <w:p>
      <w:pPr>
        <w:pStyle w:val="Heading1"/>
        <w:spacing w:before="280" w:after="80"/>
      </w:pPr>
      <w:r>
        <w:rPr>
          <w:rFonts w:ascii="Calibri" w:hAnsi="Calibri" w:cs="Calibri" w:eastAsia="Calibri"/>
          <w:b/>
          <w:i w:val="0"/>
          <w:color w:val="3B6673"/>
          <w:sz w:val="22"/>
        </w:rPr>
        <w:t>Discussion</w:t>
      </w:r>
    </w:p>
    <w:p>
      <w:pPr>
        <w:spacing w:after="120" w:before="0"/>
      </w:pPr>
      <w:r>
        <w:rPr>
          <w:rFonts w:ascii="Calibri" w:hAnsi="Calibri" w:cs="Calibri" w:eastAsia="Calibri"/>
          <w:b w:val="0"/>
          <w:i w:val="0"/>
          <w:color w:val="990000"/>
          <w:sz w:val="22"/>
        </w:rPr>
        <w:t>Address whether the hypothesis was supported or refuted, or how the study question was answered. Briefly place the results in the context of the published literature and say where they are congruent and where they are not.</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Give implications for clinical practice and specific directions for future research, avoiding generic phrases such as “more research is needed.” Conclusions should not go beyond the data.</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25">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26">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7">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8">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9">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8">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30">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frontiersin.org/journals/veterinary-science/articles/10.3389/fvets.2023.1137781/full" TargetMode="External"/><Relationship Id="rId13" Type="http://schemas.openxmlformats.org/officeDocument/2006/relationships/hyperlink" Target="https://www.consort-spirit.org/" TargetMode="External"/><Relationship Id="rId14" Type="http://schemas.openxmlformats.org/officeDocument/2006/relationships/hyperlink" Target="https://www.consort-spirit.org/extensions" TargetMode="External"/><Relationship Id="rId15" Type="http://schemas.openxmlformats.org/officeDocument/2006/relationships/hyperlink" Target="https://www.strobe-statement.org/checklists/" TargetMode="External"/><Relationship Id="rId16" Type="http://schemas.openxmlformats.org/officeDocument/2006/relationships/hyperlink" Target="https://meridian-network.org/strobe-vet/" TargetMode="External"/><Relationship Id="rId17" Type="http://schemas.openxmlformats.org/officeDocument/2006/relationships/hyperlink" Target="https://www.equator-network.org/" TargetMode="External"/><Relationship Id="rId18" Type="http://schemas.openxmlformats.org/officeDocument/2006/relationships/hyperlink" Target="https://www.nlm.nih.gov/services/research_report_guide.html" TargetMode="External"/><Relationship Id="rId19" Type="http://schemas.openxmlformats.org/officeDocument/2006/relationships/hyperlink" Target="https://support.microsoft.com/en-us/topic/remove-hidden-data-and-personal-information-by-inspecting-documents-presentations-or-workbooks-356b7b5d-77af-44fe-a07f-9aa4d085966f" TargetMode="External"/><Relationship Id="rId20" Type="http://schemas.openxmlformats.org/officeDocument/2006/relationships/hyperlink" Target="https://jsmcah.org/index.php/jasv/instructions" TargetMode="External"/><Relationship Id="rId21" Type="http://schemas.openxmlformats.org/officeDocument/2006/relationships/hyperlink" Target="https://jsmcah.org/index.php/jasv/styleguide" TargetMode="External"/><Relationship Id="rId22" Type="http://schemas.openxmlformats.org/officeDocument/2006/relationships/hyperlink" Target="https://meshb.nlm.nih.gov/MeSHonDemand" TargetMode="External"/><Relationship Id="rId23" Type="http://schemas.openxmlformats.org/officeDocument/2006/relationships/hyperlink" Target="https://jsmcah.org/index.php/jasv/ethics-animal" TargetMode="External"/><Relationship Id="rId24" Type="http://schemas.openxmlformats.org/officeDocument/2006/relationships/hyperlink" Target="https://jsmcah.org/index.php/jasv/ethics-human" TargetMode="External"/><Relationship Id="rId25" Type="http://schemas.openxmlformats.org/officeDocument/2006/relationships/hyperlink" Target="https://www.mendeley.com/" TargetMode="External"/><Relationship Id="rId26" Type="http://schemas.openxmlformats.org/officeDocument/2006/relationships/hyperlink" Target="https://www.zotero.org/" TargetMode="External"/><Relationship Id="rId27" Type="http://schemas.openxmlformats.org/officeDocument/2006/relationships/hyperlink" Target="https://credit.niso.org/" TargetMode="External"/><Relationship Id="rId28" Type="http://schemas.openxmlformats.org/officeDocument/2006/relationships/hyperlink" Target="https://www.icmje.org/recommendations/browse/roles-and-responsibilities/defining-the-role-of-authors-and-contributors.html" TargetMode="External"/><Relationship Id="rId29" Type="http://schemas.openxmlformats.org/officeDocument/2006/relationships/hyperlink" Target="https://publicationethics.org/cope-position-statements/ai-author" TargetMode="External"/><Relationship Id="rId30"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